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שנוגעות - שיח וכתיבה על שפה ורגשות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את התפתחות השפה העברית והתחדשותה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כיתתי סביב מילים וסלנג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באופן אישי על רגשות ומילים משמעותיות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אליעזר בן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לפתוח שיחה על מילים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אליעזר בן 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עבד על חידוש מילים והפיכת העברית לשפת 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שימוש מקובל במילה בשפת היומיום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 ומשמעויות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(להתעלם מהודעה או משיחה)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(לדבר יותר מדי על נושא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(אדם מפורסם ומוכר)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(ביטוי סלנג לתיאור משהו מרשים)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בן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סלנג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השפה חיה ומשתנה בעקבות טכנולוגיה, תרבות וצרכים חדשים של הדוברים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משימות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שימוש בדוגמאות מילים מודרניות, הסבר ברור, טון מכבד ויצירתי, פסקה שלמה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מזהים שינוי לשוני כתהליך טבעי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שהם מסוגלים לנמק בחירה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שהם משתמשים במילים מהשיעור בתשובותיהם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קלף אחד ולבקש מהתלמידים לנחש את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עבודה בזוגות במשימות הכתיבה הפתוחות לפני שיתוף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שילוב ניתן לדלג על הפריטים המסומנים ולהתמקד בזיהוי מילים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שנוגעות - שיח וכתיבה על שפה ורגשות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נעסוק במילים שמלוות אותנו - מהעברית הקלאסית ועד הסלנג של היום, ונתרגל גם כתיבה אישית על רגשות ומילים חשובות לכל אחד ואחת.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סלנג  ·  בן יהודה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פעל לחידוש השפה העברית בתחילת המאה העשרים?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מטרת קלפי השיח בפעילות?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לפתוח שיחה על מילים ושפה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לבדוק ידע בדקדוק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לתרגל כתיב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במשימת מכתב לנוסע בזמן, אל מי כותבים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חייל אלמוני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חבר 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אליעזר בן יהודה פעל להחיות את השפה העברית כשפה מדוברת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לחפור בסלנג קשורה לדיבור ממושך ומייגע על נושא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מילים ומשמעויות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לסנן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לדבר יותר מדי על נושא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לחפור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אדם מפורסם ומוכר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ביטוי סלנג לתיאור משהו מרשים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מטורף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להתעלם מהודעה או משיחה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הוא האיש שנחשב לאבי החייאת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מילים כמו סלב ומטורף הן דוגמאות ל__________ מודרני בעברית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מדוע השפה העברית ממשיכה להשתנות גם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משימות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לאליעזר בן יהודה שבה אתם מסבירים לו איך השפה שלנו השתנתה ומה לדעתכם הוא היה חושב על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שלמדתם עליה היום ומה פירושה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לדעתכם הסיבה שהשפה העברית ממשיכה להשתנות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שנוגעות - שיח וכתיבה על שפה ורגשות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