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חדרי בריחה לשוניים – מאגר עברית 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שנוגעות - שיח וכתיבה על שפה ורגשות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לבחון את התפתחות השפה העברית והתחדשותה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שיח כיתתי סביב מילים וסלנג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באופן אישי על רגשות ומילים משמעותיות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אליעזר בן יהודה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לסנן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לפתוח שיחה על מילים ושפה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אליעזר בן יהודה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יצירת מילים חדשות לעברית מתחדשת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מילה שנותנת כוח או תמיכה ברגע קשה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הוא עבד על חידוש מילים והפיכת העברית לשפת יומיום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השפה ממשיכה להתחדש עם מילים וסלנג חדשים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שימוש מקובל במילה בשפת היומיום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מתבקשים לכתוב הגדרה אישית ומקורית לרגש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הקבוצה משוחחת וכותבת תשובה לפני ההמשך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מילים ומשמעויות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(להתעלם מהודעה או משיחה)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(לדבר יותר מדי על נושא אחד)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(אדם מפורסם ומוכר)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(ביטוי סלנג לתיאור משהו מרשים)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(מילה שנותנת כוח בתקופה קשה)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בן יהודה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סלנג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סיכום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השפה חיה ומשתנה בעקבות טכנולוגיה, תרבות וצרכים חדשים של הדוברים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- כל מילת סלנג רלוונטית עם הסבר ברור למשמעותה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משימות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קריטריונים: שימוש בדוגמאות מילים מודרניות, הסבר ברור, טון מכבד ויצירתי, פסקה 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קריטריונים: הגדרה אישית ומקורית, דוגמה קונקרטית מחיי היומיום, שפה ברורה ורגישה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שהתלמידים מזהים שינוי לשוני כתהליך טבעי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שהם מסוגלים לנמק בחירה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שהם משתמשים במילים מהשיעור בתשובותיהם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בהצגת קלף אחד ולבקש מהתלמידים לנחש את הנושא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לאפשר עבודה בזוגות במשימות הכתיבה הפתוחות לפני שיתוף במליאה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בגרסת שילוב ניתן לדלג על הפריטים המסומנים ולהתמקד בזיהוי מילים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חדרי בריחה לשוניים – מאגר עברית 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שנוגעות - שיח וכתיבה על שפה ורגשות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נעסוק במילים שמלוות אותנו - מהעברית הקלאסית ועד הסלנג של היום, ונתרגל גם כתיבה אישית על רגשות ומילים חשובות לכל אחד ואחת.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פעל לחידוש השפה העברית בתחילת המאה העשרים?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אליעזר בן יהודה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חיים נחמן ביאליק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זאב ז'בוטינסקי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דוד בן גוריון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מהבאות נחשבת סלנג מודרני הקשור לתקשורת ולטכנולוגיה?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לסנן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לכתוב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לקרוא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ללמוד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מטרת קלפי השיח בפעילות?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לפתוח שיחה על מילים ושפה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לבדוק ידע בדקדוק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לתרגל כתיב 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לשנן מילים באנגלית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במשימת מכתב לנוסע בזמן, אל מי כותבים התלמידים?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אליעזר בן יהודה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חייל אלמוני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חבר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מורה לעברית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 המצאת המאה המוזכרת בקלפי השיח?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יצירת מילים חדשות לעברית מתחדשת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המצאת הטלפון הנייד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גילוי אמריקה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המצאת הדפוס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מהי המשמעות של עוגן מילולי בפעילות?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מילה שנותנת כוח או תמיכה ברגע 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מילה שקשה לאיית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מילה באנגלית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מילה שנעלמה מהשפה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אליעזר בן יהודה פעל להחיות את השפה העברית כשפה מדוברת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השפה העברית לא השתנתה כלל מאז ימי בן יהודה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לחפור בסלנג קשורה לדיבור ממושך ומייגע על נושא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במשימת מילון הרגשות מתבקשים התלמידים לכתוב הגדרה רשמית מהמילון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לשלב דיון קבוצתי על קלף לפני קבלת הרמז הבא בחדר הבריחה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התאמת מילים ומשמעויות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לסנן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מילה שנותנת כוח בתקופה קשה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לחפור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אדם מפורסם ומוכר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לדבר יותר מדי על נושא אחד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מטורף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להתעלם מהודעה או משיחה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עוגן מילולי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ביטוי סלנג לתיאור משהו מרשים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הוא האיש שנחשב לאבי החייאת השפה העברית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מילים כמו סלב ומטורף הן דוגמאות ל__________ מודרני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במשימת מילון הרגשות כל תלמיד כותב __________ אישית לרגש שבחר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המילולי הוא מילה שמשמשת כוח מניע בתקופה מאתגרת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קלפי השיח נועדו לשמש כפתיחה או כ__________ של שיעור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במשפט אחד מדוע השפה העברית ממשיכה להשתנות גם היום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דוגמה אחת למילת סלנג שאתם משתמשים בה והסבירו את משמעותה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משימות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 לאליעזר בן יהודה שבה אתם מסבירים לו איך השפה שלנו השתנתה ומה לדעתכם הוא היה חושב על כך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רגש מורכב וכתבו עבורו ערך במילון אישי: המילה, הגדרה אישית, ורגע ביום יום שבו הוא מופיע אצלכם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שלמדתם עליה היום ומה פירושה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לדעתכם הסיבה שהשפה העברית ממשיכה להשתנות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משימת כתיבה אהבתם יותר ולמה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שנוגעות - שיח וכתיבה על שפה ורגשות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